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02989" w14:textId="335FB7A2" w:rsidR="00BA03B0" w:rsidRPr="00E050B3" w:rsidRDefault="00BA03B0">
      <w:pPr>
        <w:spacing w:after="200"/>
      </w:pPr>
    </w:p>
    <w:p w14:paraId="07861F80" w14:textId="2C2ABF6B" w:rsidR="00BA03B0" w:rsidRPr="00E050B3" w:rsidRDefault="002777BD" w:rsidP="00E050B3">
      <w:pPr>
        <w:pStyle w:val="Ttulo"/>
        <w:jc w:val="center"/>
        <w:rPr>
          <w:sz w:val="28"/>
          <w:szCs w:val="28"/>
        </w:rPr>
      </w:pPr>
      <w:r w:rsidRPr="00E050B3">
        <w:rPr>
          <w:rFonts w:ascii="Stack Sans Headline ExtraLight" w:hAnsi="Stack Sans Headline ExtraLight"/>
          <w:sz w:val="28"/>
          <w:szCs w:val="28"/>
        </w:rPr>
        <w:t>FORMULARIO DE DESISTIMIENTO Y SOLICITUD DE DEVOLUCIÓN</w:t>
      </w:r>
    </w:p>
    <w:p w14:paraId="3F7323DA" w14:textId="028DF324" w:rsidR="00BA03B0" w:rsidRPr="00E050B3" w:rsidRDefault="00A54061" w:rsidP="00E050B3">
      <w:pPr>
        <w:spacing w:after="120"/>
        <w:jc w:val="both"/>
        <w:rPr>
          <w:sz w:val="20"/>
          <w:szCs w:val="20"/>
        </w:rPr>
      </w:pPr>
      <w:r w:rsidRPr="00E050B3">
        <w:rPr>
          <w:sz w:val="20"/>
          <w:szCs w:val="20"/>
        </w:rPr>
        <w:t xml:space="preserve">Puede utilizar este formulario para comunicar el desistimiento de una compra o solicitar la devolución de un producto. </w:t>
      </w:r>
    </w:p>
    <w:p w14:paraId="3F333E6F" w14:textId="77777777" w:rsidR="00BA03B0" w:rsidRPr="00E050B3" w:rsidRDefault="00A54061" w:rsidP="00E050B3">
      <w:pPr>
        <w:pStyle w:val="Ttulo1"/>
        <w:jc w:val="both"/>
        <w:rPr>
          <w:sz w:val="20"/>
          <w:szCs w:val="20"/>
        </w:rPr>
      </w:pPr>
      <w:r w:rsidRPr="00E050B3">
        <w:rPr>
          <w:rFonts w:ascii="Stack Sans Headline ExtraLight" w:hAnsi="Stack Sans Headline ExtraLight"/>
          <w:sz w:val="20"/>
          <w:szCs w:val="20"/>
        </w:rPr>
        <w:t>Destinatario</w:t>
      </w:r>
    </w:p>
    <w:p w14:paraId="2BEEF2CE" w14:textId="4CA2365F" w:rsidR="00BA03B0" w:rsidRPr="00E050B3" w:rsidRDefault="00A54061" w:rsidP="00E050B3">
      <w:pPr>
        <w:spacing w:after="100"/>
        <w:jc w:val="both"/>
        <w:rPr>
          <w:sz w:val="20"/>
          <w:szCs w:val="20"/>
        </w:rPr>
      </w:pPr>
      <w:r w:rsidRPr="00E050B3">
        <w:rPr>
          <w:b/>
          <w:sz w:val="20"/>
          <w:szCs w:val="20"/>
        </w:rPr>
        <w:t>WAVES KIDS, S.L.</w:t>
      </w:r>
      <w:r w:rsidRPr="00E050B3">
        <w:rPr>
          <w:sz w:val="20"/>
          <w:szCs w:val="20"/>
        </w:rPr>
        <w:t xml:space="preserve"> · NIF B42758698 · Calle </w:t>
      </w:r>
      <w:r w:rsidR="0012014D">
        <w:rPr>
          <w:sz w:val="20"/>
          <w:szCs w:val="20"/>
        </w:rPr>
        <w:t>Sopelana 5</w:t>
      </w:r>
      <w:r w:rsidRPr="00E050B3">
        <w:rPr>
          <w:sz w:val="20"/>
          <w:szCs w:val="20"/>
        </w:rPr>
        <w:t xml:space="preserve">, 28023 Madrid · </w:t>
      </w:r>
      <w:r w:rsidRPr="0012014D">
        <w:rPr>
          <w:sz w:val="20"/>
          <w:szCs w:val="20"/>
        </w:rPr>
        <w:t>compras@fundacionquerer.org</w:t>
      </w:r>
    </w:p>
    <w:p w14:paraId="08E59172" w14:textId="77777777" w:rsidR="00BA03B0" w:rsidRPr="00E050B3" w:rsidRDefault="00A54061" w:rsidP="00E050B3">
      <w:pPr>
        <w:pStyle w:val="Ttulo1"/>
        <w:jc w:val="both"/>
        <w:rPr>
          <w:sz w:val="20"/>
          <w:szCs w:val="20"/>
        </w:rPr>
      </w:pPr>
      <w:r w:rsidRPr="00E050B3">
        <w:rPr>
          <w:rFonts w:ascii="Stack Sans Headline ExtraLight" w:hAnsi="Stack Sans Headline ExtraLight"/>
          <w:sz w:val="20"/>
          <w:szCs w:val="20"/>
        </w:rPr>
        <w:t>Tipo de solicitud</w:t>
      </w:r>
    </w:p>
    <w:p w14:paraId="7276487E" w14:textId="77777777" w:rsidR="00671902" w:rsidRDefault="00A54061" w:rsidP="00E050B3">
      <w:pPr>
        <w:spacing w:after="100"/>
        <w:jc w:val="both"/>
        <w:rPr>
          <w:sz w:val="20"/>
          <w:szCs w:val="20"/>
        </w:rPr>
      </w:pPr>
      <w:r w:rsidRPr="00E050B3">
        <w:rPr>
          <w:sz w:val="20"/>
          <w:szCs w:val="20"/>
        </w:rPr>
        <w:t>☐ Desistimiento dentro del plazo legal de catorce días naturales, sin necesidad de indicar motivo.</w:t>
      </w:r>
    </w:p>
    <w:p w14:paraId="578C56F1" w14:textId="75D11DEF" w:rsidR="00E050B3" w:rsidRPr="00E050B3" w:rsidRDefault="00A54061" w:rsidP="00E050B3">
      <w:pPr>
        <w:spacing w:after="100"/>
        <w:jc w:val="both"/>
        <w:rPr>
          <w:sz w:val="20"/>
          <w:szCs w:val="20"/>
        </w:rPr>
      </w:pPr>
      <w:r w:rsidRPr="00E050B3">
        <w:rPr>
          <w:sz w:val="20"/>
          <w:szCs w:val="20"/>
        </w:rPr>
        <w:t>☐</w:t>
      </w:r>
      <w:r w:rsidR="00E050B3" w:rsidRPr="00E050B3">
        <w:rPr>
          <w:sz w:val="20"/>
          <w:szCs w:val="20"/>
        </w:rPr>
        <w:t xml:space="preserve"> </w:t>
      </w:r>
      <w:r w:rsidRPr="00E050B3">
        <w:rPr>
          <w:sz w:val="20"/>
          <w:szCs w:val="20"/>
        </w:rPr>
        <w:t>Producto incorrecto, defectuoso, dañado o no conforme.</w:t>
      </w:r>
    </w:p>
    <w:p w14:paraId="6A097643" w14:textId="6B77372B" w:rsidR="00BA03B0" w:rsidRPr="00E050B3" w:rsidRDefault="00A54061" w:rsidP="00E050B3">
      <w:pPr>
        <w:spacing w:after="100"/>
        <w:jc w:val="both"/>
        <w:rPr>
          <w:sz w:val="20"/>
          <w:szCs w:val="20"/>
        </w:rPr>
      </w:pPr>
      <w:r w:rsidRPr="00E050B3">
        <w:rPr>
          <w:sz w:val="20"/>
          <w:szCs w:val="20"/>
        </w:rPr>
        <w:t>☐ Otra solicitud: ________________________________________________</w:t>
      </w:r>
    </w:p>
    <w:p w14:paraId="080ADCDB" w14:textId="77777777" w:rsidR="00BA03B0" w:rsidRPr="00E050B3" w:rsidRDefault="00A54061" w:rsidP="00E050B3">
      <w:pPr>
        <w:pStyle w:val="Ttulo1"/>
        <w:jc w:val="both"/>
        <w:rPr>
          <w:sz w:val="20"/>
          <w:szCs w:val="20"/>
        </w:rPr>
      </w:pPr>
      <w:r w:rsidRPr="00E050B3">
        <w:rPr>
          <w:rFonts w:ascii="Stack Sans Headline ExtraLight" w:hAnsi="Stack Sans Headline ExtraLight"/>
          <w:sz w:val="20"/>
          <w:szCs w:val="20"/>
        </w:rPr>
        <w:t>Declaración</w:t>
      </w:r>
    </w:p>
    <w:p w14:paraId="23C78258" w14:textId="77777777" w:rsidR="00BA03B0" w:rsidRPr="00E050B3" w:rsidRDefault="00A54061" w:rsidP="00E050B3">
      <w:pPr>
        <w:spacing w:after="100"/>
        <w:jc w:val="both"/>
        <w:rPr>
          <w:sz w:val="20"/>
          <w:szCs w:val="20"/>
        </w:rPr>
      </w:pPr>
      <w:r w:rsidRPr="00E050B3">
        <w:rPr>
          <w:sz w:val="20"/>
          <w:szCs w:val="20"/>
        </w:rPr>
        <w:t>Por la presente comunico que desisto de mi contrato de venta respecto de los bienes indicados a continuación o, cuando se haya señalado otra causa, solicito la correspondiente devolución y su tramitación.</w:t>
      </w:r>
    </w:p>
    <w:tbl>
      <w:tblPr>
        <w:tblW w:w="0" w:type="auto"/>
        <w:tblInd w:w="140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123"/>
      </w:tblGrid>
      <w:tr w:rsidR="00BA03B0" w:rsidRPr="00E050B3" w14:paraId="69A8D79D" w14:textId="77777777" w:rsidTr="00E050B3">
        <w:trPr>
          <w:cantSplit/>
        </w:trPr>
        <w:tc>
          <w:tcPr>
            <w:tcW w:w="2948" w:type="dxa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37E03A11" w14:textId="77777777" w:rsidR="00BA03B0" w:rsidRPr="00E050B3" w:rsidRDefault="00A54061" w:rsidP="00E050B3">
            <w:pPr>
              <w:spacing w:after="0"/>
              <w:jc w:val="both"/>
              <w:rPr>
                <w:sz w:val="20"/>
                <w:szCs w:val="20"/>
              </w:rPr>
            </w:pPr>
            <w:r w:rsidRPr="00E050B3">
              <w:rPr>
                <w:b/>
                <w:sz w:val="20"/>
                <w:szCs w:val="20"/>
              </w:rPr>
              <w:t>Número de pedido</w:t>
            </w:r>
          </w:p>
        </w:tc>
        <w:tc>
          <w:tcPr>
            <w:tcW w:w="6123" w:type="dxa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30207EAF" w14:textId="77777777" w:rsidR="00BA03B0" w:rsidRPr="00E050B3" w:rsidRDefault="00BA03B0" w:rsidP="00E050B3">
            <w:pPr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A03B0" w:rsidRPr="00E050B3" w14:paraId="05D34363" w14:textId="77777777" w:rsidTr="00E050B3">
        <w:trPr>
          <w:cantSplit/>
        </w:trPr>
        <w:tc>
          <w:tcPr>
            <w:tcW w:w="2948" w:type="dxa"/>
            <w:shd w:val="clear" w:color="auto" w:fill="F7F7F7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0D648C49" w14:textId="77777777" w:rsidR="00BA03B0" w:rsidRPr="00E050B3" w:rsidRDefault="00A54061" w:rsidP="00E050B3">
            <w:pPr>
              <w:spacing w:after="0"/>
              <w:jc w:val="both"/>
              <w:rPr>
                <w:sz w:val="20"/>
                <w:szCs w:val="20"/>
              </w:rPr>
            </w:pPr>
            <w:r w:rsidRPr="00E050B3">
              <w:rPr>
                <w:b/>
                <w:sz w:val="20"/>
                <w:szCs w:val="20"/>
              </w:rPr>
              <w:t>Producto y cantidad</w:t>
            </w:r>
          </w:p>
        </w:tc>
        <w:tc>
          <w:tcPr>
            <w:tcW w:w="6123" w:type="dxa"/>
            <w:shd w:val="clear" w:color="auto" w:fill="F7F7F7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656695B9" w14:textId="77777777" w:rsidR="00BA03B0" w:rsidRPr="00E050B3" w:rsidRDefault="00BA03B0" w:rsidP="00E050B3">
            <w:pPr>
              <w:spacing w:after="0"/>
              <w:jc w:val="both"/>
              <w:rPr>
                <w:sz w:val="20"/>
                <w:szCs w:val="20"/>
              </w:rPr>
            </w:pPr>
          </w:p>
          <w:p w14:paraId="2B8AC5CE" w14:textId="77777777" w:rsidR="00BA03B0" w:rsidRPr="00E050B3" w:rsidRDefault="00A54061" w:rsidP="00E050B3">
            <w:pPr>
              <w:spacing w:after="0"/>
              <w:jc w:val="both"/>
              <w:rPr>
                <w:sz w:val="20"/>
                <w:szCs w:val="20"/>
              </w:rPr>
            </w:pPr>
            <w:r w:rsidRPr="00E050B3">
              <w:rPr>
                <w:sz w:val="20"/>
                <w:szCs w:val="20"/>
              </w:rPr>
              <w:t xml:space="preserve"> </w:t>
            </w:r>
          </w:p>
        </w:tc>
      </w:tr>
      <w:tr w:rsidR="00BA03B0" w:rsidRPr="00E050B3" w14:paraId="456982F2" w14:textId="77777777" w:rsidTr="00E050B3">
        <w:trPr>
          <w:cantSplit/>
        </w:trPr>
        <w:tc>
          <w:tcPr>
            <w:tcW w:w="2948" w:type="dxa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14CCCE63" w14:textId="77777777" w:rsidR="00BA03B0" w:rsidRPr="00E050B3" w:rsidRDefault="00A54061" w:rsidP="00E050B3">
            <w:pPr>
              <w:spacing w:after="0"/>
              <w:jc w:val="both"/>
              <w:rPr>
                <w:sz w:val="20"/>
                <w:szCs w:val="20"/>
              </w:rPr>
            </w:pPr>
            <w:r w:rsidRPr="00E050B3">
              <w:rPr>
                <w:b/>
                <w:sz w:val="20"/>
                <w:szCs w:val="20"/>
              </w:rPr>
              <w:t>Fecha del pedido</w:t>
            </w:r>
          </w:p>
        </w:tc>
        <w:tc>
          <w:tcPr>
            <w:tcW w:w="6123" w:type="dxa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10165FE5" w14:textId="77777777" w:rsidR="00BA03B0" w:rsidRPr="00E050B3" w:rsidRDefault="00BA03B0" w:rsidP="00E050B3">
            <w:pPr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A03B0" w:rsidRPr="00E050B3" w14:paraId="2963BD51" w14:textId="77777777" w:rsidTr="00E050B3">
        <w:trPr>
          <w:cantSplit/>
        </w:trPr>
        <w:tc>
          <w:tcPr>
            <w:tcW w:w="2948" w:type="dxa"/>
            <w:shd w:val="clear" w:color="auto" w:fill="F7F7F7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7BD164F0" w14:textId="77777777" w:rsidR="00BA03B0" w:rsidRPr="00E050B3" w:rsidRDefault="00A54061" w:rsidP="00E050B3">
            <w:pPr>
              <w:spacing w:after="0"/>
              <w:jc w:val="both"/>
              <w:rPr>
                <w:sz w:val="20"/>
                <w:szCs w:val="20"/>
              </w:rPr>
            </w:pPr>
            <w:r w:rsidRPr="00E050B3">
              <w:rPr>
                <w:b/>
                <w:sz w:val="20"/>
                <w:szCs w:val="20"/>
              </w:rPr>
              <w:t>Fecha de recepción</w:t>
            </w:r>
          </w:p>
        </w:tc>
        <w:tc>
          <w:tcPr>
            <w:tcW w:w="6123" w:type="dxa"/>
            <w:shd w:val="clear" w:color="auto" w:fill="F7F7F7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2B1A4206" w14:textId="77777777" w:rsidR="00BA03B0" w:rsidRPr="00E050B3" w:rsidRDefault="00BA03B0" w:rsidP="00E050B3">
            <w:pPr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A03B0" w:rsidRPr="00E050B3" w14:paraId="2DB08EB2" w14:textId="77777777" w:rsidTr="00E050B3">
        <w:trPr>
          <w:cantSplit/>
        </w:trPr>
        <w:tc>
          <w:tcPr>
            <w:tcW w:w="2948" w:type="dxa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72629DCC" w14:textId="77777777" w:rsidR="00BA03B0" w:rsidRPr="00E050B3" w:rsidRDefault="00A54061" w:rsidP="00E050B3">
            <w:pPr>
              <w:spacing w:after="0"/>
              <w:jc w:val="both"/>
              <w:rPr>
                <w:sz w:val="20"/>
                <w:szCs w:val="20"/>
              </w:rPr>
            </w:pPr>
            <w:r w:rsidRPr="00E050B3">
              <w:rPr>
                <w:b/>
                <w:sz w:val="20"/>
                <w:szCs w:val="20"/>
              </w:rPr>
              <w:t>Nombre y apellidos</w:t>
            </w:r>
          </w:p>
        </w:tc>
        <w:tc>
          <w:tcPr>
            <w:tcW w:w="6123" w:type="dxa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4C4C7EFD" w14:textId="77777777" w:rsidR="00BA03B0" w:rsidRPr="00E050B3" w:rsidRDefault="00BA03B0" w:rsidP="00E050B3">
            <w:pPr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A03B0" w:rsidRPr="00E050B3" w14:paraId="092A99BD" w14:textId="77777777" w:rsidTr="00E050B3">
        <w:trPr>
          <w:cantSplit/>
        </w:trPr>
        <w:tc>
          <w:tcPr>
            <w:tcW w:w="2948" w:type="dxa"/>
            <w:shd w:val="clear" w:color="auto" w:fill="F7F7F7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695F13E2" w14:textId="77777777" w:rsidR="00BA03B0" w:rsidRPr="00E050B3" w:rsidRDefault="00A54061" w:rsidP="00E050B3">
            <w:pPr>
              <w:spacing w:after="0"/>
              <w:jc w:val="both"/>
              <w:rPr>
                <w:sz w:val="20"/>
                <w:szCs w:val="20"/>
              </w:rPr>
            </w:pPr>
            <w:r w:rsidRPr="00E050B3">
              <w:rPr>
                <w:b/>
                <w:sz w:val="20"/>
                <w:szCs w:val="20"/>
              </w:rPr>
              <w:t>Domicilio</w:t>
            </w:r>
          </w:p>
        </w:tc>
        <w:tc>
          <w:tcPr>
            <w:tcW w:w="6123" w:type="dxa"/>
            <w:shd w:val="clear" w:color="auto" w:fill="F7F7F7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7F8AC167" w14:textId="77777777" w:rsidR="00BA03B0" w:rsidRPr="00E050B3" w:rsidRDefault="00BA03B0" w:rsidP="00E050B3">
            <w:pPr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A03B0" w:rsidRPr="00E050B3" w14:paraId="3AA2D9F9" w14:textId="77777777" w:rsidTr="00E050B3">
        <w:trPr>
          <w:cantSplit/>
        </w:trPr>
        <w:tc>
          <w:tcPr>
            <w:tcW w:w="2948" w:type="dxa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42588AF4" w14:textId="77777777" w:rsidR="00BA03B0" w:rsidRPr="00E050B3" w:rsidRDefault="00A54061" w:rsidP="00E050B3">
            <w:pPr>
              <w:spacing w:after="0"/>
              <w:jc w:val="both"/>
              <w:rPr>
                <w:sz w:val="20"/>
                <w:szCs w:val="20"/>
              </w:rPr>
            </w:pPr>
            <w:r w:rsidRPr="00E050B3">
              <w:rPr>
                <w:b/>
                <w:sz w:val="20"/>
                <w:szCs w:val="20"/>
              </w:rPr>
              <w:t>Correo electrónico</w:t>
            </w:r>
          </w:p>
        </w:tc>
        <w:tc>
          <w:tcPr>
            <w:tcW w:w="6123" w:type="dxa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59D77B52" w14:textId="77777777" w:rsidR="00BA03B0" w:rsidRPr="00E050B3" w:rsidRDefault="00BA03B0" w:rsidP="00E050B3">
            <w:pPr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A03B0" w:rsidRPr="00E050B3" w14:paraId="19D2D49E" w14:textId="77777777" w:rsidTr="00E050B3">
        <w:trPr>
          <w:cantSplit/>
        </w:trPr>
        <w:tc>
          <w:tcPr>
            <w:tcW w:w="2948" w:type="dxa"/>
            <w:shd w:val="clear" w:color="auto" w:fill="F7F7F7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1490EF7D" w14:textId="77777777" w:rsidR="00BA03B0" w:rsidRPr="00E050B3" w:rsidRDefault="00A54061" w:rsidP="00E050B3">
            <w:pPr>
              <w:spacing w:after="0"/>
              <w:jc w:val="both"/>
              <w:rPr>
                <w:sz w:val="20"/>
                <w:szCs w:val="20"/>
              </w:rPr>
            </w:pPr>
            <w:r w:rsidRPr="00E050B3">
              <w:rPr>
                <w:b/>
                <w:sz w:val="20"/>
                <w:szCs w:val="20"/>
              </w:rPr>
              <w:t>Teléfono opcional</w:t>
            </w:r>
          </w:p>
        </w:tc>
        <w:tc>
          <w:tcPr>
            <w:tcW w:w="6123" w:type="dxa"/>
            <w:shd w:val="clear" w:color="auto" w:fill="F7F7F7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17405392" w14:textId="77777777" w:rsidR="00BA03B0" w:rsidRPr="00E050B3" w:rsidRDefault="00BA03B0" w:rsidP="00E050B3">
            <w:pPr>
              <w:spacing w:after="0"/>
              <w:jc w:val="both"/>
              <w:rPr>
                <w:sz w:val="20"/>
                <w:szCs w:val="20"/>
              </w:rPr>
            </w:pPr>
          </w:p>
        </w:tc>
      </w:tr>
    </w:tbl>
    <w:p w14:paraId="48337D4D" w14:textId="77777777" w:rsidR="00BA03B0" w:rsidRPr="00E050B3" w:rsidRDefault="00A54061" w:rsidP="00E050B3">
      <w:pPr>
        <w:pStyle w:val="Ttulo1"/>
        <w:jc w:val="both"/>
        <w:rPr>
          <w:sz w:val="20"/>
          <w:szCs w:val="20"/>
        </w:rPr>
      </w:pPr>
      <w:r w:rsidRPr="00E050B3">
        <w:rPr>
          <w:rFonts w:ascii="Stack Sans Headline ExtraLight" w:hAnsi="Stack Sans Headline ExtraLight"/>
          <w:sz w:val="20"/>
          <w:szCs w:val="20"/>
        </w:rPr>
        <w:t>Información opcional para la gestión</w:t>
      </w:r>
    </w:p>
    <w:p w14:paraId="7A5ACCE2" w14:textId="77777777" w:rsidR="00BA03B0" w:rsidRPr="00E050B3" w:rsidRDefault="00A54061" w:rsidP="00E050B3">
      <w:pPr>
        <w:spacing w:after="60"/>
        <w:jc w:val="both"/>
        <w:rPr>
          <w:sz w:val="20"/>
          <w:szCs w:val="20"/>
        </w:rPr>
      </w:pPr>
      <w:r w:rsidRPr="00E050B3">
        <w:rPr>
          <w:sz w:val="20"/>
          <w:szCs w:val="20"/>
        </w:rPr>
        <w:t>En caso de desistimiento no es obligatorio justificar la decisión. Si se trata de una incidencia, puede describirla y adjuntar fotografías para facilitar su resolución:</w:t>
      </w:r>
    </w:p>
    <w:tbl>
      <w:tblPr>
        <w:tblW w:w="0" w:type="auto"/>
        <w:tblInd w:w="140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123"/>
      </w:tblGrid>
      <w:tr w:rsidR="00BA03B0" w:rsidRPr="00E050B3" w14:paraId="03C475C6" w14:textId="77777777" w:rsidTr="00204ADC">
        <w:trPr>
          <w:cantSplit/>
        </w:trPr>
        <w:tc>
          <w:tcPr>
            <w:tcW w:w="2948" w:type="dxa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0872F91C" w14:textId="77777777" w:rsidR="00BA03B0" w:rsidRPr="00E050B3" w:rsidRDefault="00A54061" w:rsidP="00E050B3">
            <w:pPr>
              <w:spacing w:after="0"/>
              <w:jc w:val="both"/>
              <w:rPr>
                <w:sz w:val="20"/>
                <w:szCs w:val="20"/>
              </w:rPr>
            </w:pPr>
            <w:r w:rsidRPr="00E050B3">
              <w:rPr>
                <w:b/>
                <w:sz w:val="20"/>
                <w:szCs w:val="20"/>
              </w:rPr>
              <w:t>Motivo o incidencia</w:t>
            </w:r>
          </w:p>
        </w:tc>
        <w:tc>
          <w:tcPr>
            <w:tcW w:w="6123" w:type="dxa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3DCB5627" w14:textId="77777777" w:rsidR="00BA03B0" w:rsidRPr="00E050B3" w:rsidRDefault="00BA03B0" w:rsidP="00E050B3">
            <w:pPr>
              <w:spacing w:after="0"/>
              <w:jc w:val="both"/>
              <w:rPr>
                <w:sz w:val="20"/>
                <w:szCs w:val="20"/>
              </w:rPr>
            </w:pPr>
          </w:p>
          <w:p w14:paraId="3CB4EBBD" w14:textId="77777777" w:rsidR="00BA03B0" w:rsidRPr="00E050B3" w:rsidRDefault="00A54061" w:rsidP="00E050B3">
            <w:pPr>
              <w:spacing w:after="0"/>
              <w:jc w:val="both"/>
              <w:rPr>
                <w:sz w:val="20"/>
                <w:szCs w:val="20"/>
              </w:rPr>
            </w:pPr>
            <w:r w:rsidRPr="00E050B3">
              <w:rPr>
                <w:sz w:val="20"/>
                <w:szCs w:val="20"/>
              </w:rPr>
              <w:t xml:space="preserve"> </w:t>
            </w:r>
          </w:p>
        </w:tc>
      </w:tr>
    </w:tbl>
    <w:p w14:paraId="4CB5C592" w14:textId="77777777" w:rsidR="00204ADC" w:rsidRDefault="00204ADC" w:rsidP="00E050B3">
      <w:pPr>
        <w:spacing w:after="60"/>
        <w:jc w:val="both"/>
        <w:rPr>
          <w:sz w:val="20"/>
          <w:szCs w:val="20"/>
        </w:rPr>
      </w:pPr>
    </w:p>
    <w:p w14:paraId="7CA6F23D" w14:textId="77777777" w:rsidR="00465A52" w:rsidRDefault="00465A52" w:rsidP="00E050B3">
      <w:pPr>
        <w:spacing w:after="60"/>
        <w:jc w:val="both"/>
        <w:rPr>
          <w:sz w:val="20"/>
          <w:szCs w:val="20"/>
        </w:rPr>
      </w:pPr>
    </w:p>
    <w:p w14:paraId="688F7638" w14:textId="77777777" w:rsidR="00465A52" w:rsidRDefault="00465A52" w:rsidP="00E050B3">
      <w:pPr>
        <w:spacing w:after="60"/>
        <w:jc w:val="both"/>
        <w:rPr>
          <w:sz w:val="20"/>
          <w:szCs w:val="20"/>
        </w:rPr>
      </w:pPr>
    </w:p>
    <w:p w14:paraId="0EDFA016" w14:textId="37059143" w:rsidR="00BA03B0" w:rsidRPr="00E050B3" w:rsidRDefault="00A54061" w:rsidP="00E050B3">
      <w:pPr>
        <w:spacing w:after="60"/>
        <w:jc w:val="both"/>
        <w:rPr>
          <w:sz w:val="20"/>
          <w:szCs w:val="20"/>
        </w:rPr>
      </w:pPr>
      <w:r w:rsidRPr="00E050B3">
        <w:rPr>
          <w:sz w:val="20"/>
          <w:szCs w:val="20"/>
        </w:rPr>
        <w:t>Firma: ___________________________________</w:t>
      </w:r>
      <w:r w:rsidR="002777BD">
        <w:rPr>
          <w:sz w:val="20"/>
          <w:szCs w:val="20"/>
        </w:rPr>
        <w:tab/>
      </w:r>
      <w:r w:rsidR="002777BD">
        <w:rPr>
          <w:sz w:val="20"/>
          <w:szCs w:val="20"/>
        </w:rPr>
        <w:tab/>
      </w:r>
      <w:r w:rsidR="002777BD">
        <w:rPr>
          <w:sz w:val="20"/>
          <w:szCs w:val="20"/>
        </w:rPr>
        <w:tab/>
      </w:r>
      <w:r w:rsidR="002777BD">
        <w:rPr>
          <w:sz w:val="20"/>
          <w:szCs w:val="20"/>
        </w:rPr>
        <w:tab/>
        <w:t>fecha: _________________________</w:t>
      </w:r>
    </w:p>
    <w:p w14:paraId="0FA686CC" w14:textId="77777777" w:rsidR="00465A52" w:rsidRDefault="00465A52" w:rsidP="00465A52">
      <w:pPr>
        <w:jc w:val="both"/>
        <w:rPr>
          <w:sz w:val="20"/>
          <w:szCs w:val="20"/>
        </w:rPr>
      </w:pPr>
    </w:p>
    <w:p w14:paraId="67CC7EC2" w14:textId="2693F925" w:rsidR="00BA03B0" w:rsidRPr="00465A52" w:rsidRDefault="00A54061" w:rsidP="00465A52">
      <w:pPr>
        <w:jc w:val="both"/>
        <w:rPr>
          <w:i/>
          <w:iCs/>
          <w:sz w:val="20"/>
          <w:szCs w:val="20"/>
        </w:rPr>
      </w:pPr>
      <w:r w:rsidRPr="00465A52">
        <w:rPr>
          <w:i/>
          <w:iCs/>
          <w:sz w:val="20"/>
          <w:szCs w:val="20"/>
        </w:rPr>
        <w:t>Envíe el formulario o su comunicación a compras@fundacionquerer.org. La comunicación del desistimiento produce efectos desde su envío dentro de plazo y no queda condicionada a una autorización previa. WAVES KIDS, S.L. confirmará su recepción y facilitará las instrucciones logísticas de Big</w:t>
      </w:r>
      <w:r w:rsidR="002777BD">
        <w:rPr>
          <w:i/>
          <w:iCs/>
          <w:sz w:val="20"/>
          <w:szCs w:val="20"/>
        </w:rPr>
        <w:t xml:space="preserve"> B</w:t>
      </w:r>
      <w:r w:rsidRPr="00465A52">
        <w:rPr>
          <w:i/>
          <w:iCs/>
          <w:sz w:val="20"/>
          <w:szCs w:val="20"/>
        </w:rPr>
        <w:t>lue, la referencia y, cuando proceda, la etiqueta de devolución</w:t>
      </w:r>
      <w:r w:rsidR="00465A52" w:rsidRPr="00465A52">
        <w:rPr>
          <w:i/>
          <w:iCs/>
          <w:sz w:val="20"/>
          <w:szCs w:val="20"/>
        </w:rPr>
        <w:t>.</w:t>
      </w:r>
    </w:p>
    <w:sectPr w:rsidR="00BA03B0" w:rsidRPr="00465A52" w:rsidSect="00034616">
      <w:headerReference w:type="default" r:id="rId8"/>
      <w:footerReference w:type="default" r:id="rId9"/>
      <w:pgSz w:w="11906" w:h="16838"/>
      <w:pgMar w:top="1020" w:right="1134" w:bottom="1020" w:left="1134" w:header="454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D189F" w14:textId="77777777" w:rsidR="009B5389" w:rsidRPr="00E050B3" w:rsidRDefault="009B5389">
      <w:pPr>
        <w:spacing w:after="0" w:line="240" w:lineRule="auto"/>
      </w:pPr>
      <w:r w:rsidRPr="00E050B3">
        <w:separator/>
      </w:r>
    </w:p>
  </w:endnote>
  <w:endnote w:type="continuationSeparator" w:id="0">
    <w:p w14:paraId="1D8927B1" w14:textId="77777777" w:rsidR="009B5389" w:rsidRPr="00E050B3" w:rsidRDefault="009B5389">
      <w:pPr>
        <w:spacing w:after="0" w:line="240" w:lineRule="auto"/>
      </w:pPr>
      <w:r w:rsidRPr="00E050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ack Sans Headline ExtraLight">
    <w:altName w:val="Calibri"/>
    <w:charset w:val="00"/>
    <w:family w:val="auto"/>
    <w:pitch w:val="variable"/>
    <w:sig w:usb0="A100007F" w:usb1="00000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5EBBB" w14:textId="77777777" w:rsidR="00BA03B0" w:rsidRPr="00E050B3" w:rsidRDefault="00A54061">
    <w:pPr>
      <w:spacing w:after="0"/>
      <w:jc w:val="center"/>
    </w:pPr>
    <w:r w:rsidRPr="00E050B3">
      <w:rPr>
        <w:i/>
        <w:color w:val="414141"/>
        <w:sz w:val="16"/>
      </w:rPr>
      <w:t>www.fundacionquerer.org   +34 91 340 30 83   Calle Zumárraga 4, 28023 Madrid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9F725" w14:textId="77777777" w:rsidR="009B5389" w:rsidRPr="00E050B3" w:rsidRDefault="009B5389">
      <w:pPr>
        <w:spacing w:after="0" w:line="240" w:lineRule="auto"/>
      </w:pPr>
      <w:r w:rsidRPr="00E050B3">
        <w:separator/>
      </w:r>
    </w:p>
  </w:footnote>
  <w:footnote w:type="continuationSeparator" w:id="0">
    <w:p w14:paraId="1702BC89" w14:textId="77777777" w:rsidR="009B5389" w:rsidRPr="00E050B3" w:rsidRDefault="009B5389">
      <w:pPr>
        <w:spacing w:after="0" w:line="240" w:lineRule="auto"/>
      </w:pPr>
      <w:r w:rsidRPr="00E050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B392" w14:textId="0F2AEB0D" w:rsidR="00BA03B0" w:rsidRPr="00E050B3" w:rsidRDefault="00E050B3">
    <w:r w:rsidRPr="00E050B3">
      <w:rPr>
        <w:noProof/>
      </w:rPr>
      <w:drawing>
        <wp:inline distT="0" distB="0" distL="0" distR="0" wp14:anchorId="7C8803B2" wp14:editId="0902C9CA">
          <wp:extent cx="1116000" cy="30279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undacion_quer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6000" cy="302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10A409" w14:textId="77777777" w:rsidR="00E050B3" w:rsidRPr="00E050B3" w:rsidRDefault="00E050B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2867430">
    <w:abstractNumId w:val="8"/>
  </w:num>
  <w:num w:numId="2" w16cid:durableId="125977220">
    <w:abstractNumId w:val="6"/>
  </w:num>
  <w:num w:numId="3" w16cid:durableId="1469279943">
    <w:abstractNumId w:val="5"/>
  </w:num>
  <w:num w:numId="4" w16cid:durableId="1412966745">
    <w:abstractNumId w:val="4"/>
  </w:num>
  <w:num w:numId="5" w16cid:durableId="189757785">
    <w:abstractNumId w:val="7"/>
  </w:num>
  <w:num w:numId="6" w16cid:durableId="1830167386">
    <w:abstractNumId w:val="3"/>
  </w:num>
  <w:num w:numId="7" w16cid:durableId="38164715">
    <w:abstractNumId w:val="2"/>
  </w:num>
  <w:num w:numId="8" w16cid:durableId="1658412019">
    <w:abstractNumId w:val="1"/>
  </w:num>
  <w:num w:numId="9" w16cid:durableId="1143037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0DCA"/>
    <w:rsid w:val="0012014D"/>
    <w:rsid w:val="0015074B"/>
    <w:rsid w:val="001E71B8"/>
    <w:rsid w:val="00204ADC"/>
    <w:rsid w:val="002777BD"/>
    <w:rsid w:val="002961E0"/>
    <w:rsid w:val="0029639D"/>
    <w:rsid w:val="00326F90"/>
    <w:rsid w:val="00465A52"/>
    <w:rsid w:val="00671902"/>
    <w:rsid w:val="00983791"/>
    <w:rsid w:val="009B5389"/>
    <w:rsid w:val="00A54061"/>
    <w:rsid w:val="00AA1D8D"/>
    <w:rsid w:val="00AB2333"/>
    <w:rsid w:val="00B47730"/>
    <w:rsid w:val="00B94EEB"/>
    <w:rsid w:val="00BA03B0"/>
    <w:rsid w:val="00CB0664"/>
    <w:rsid w:val="00E050B3"/>
    <w:rsid w:val="00E467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489FE69-76F9-4C7C-8AF4-BEF5183B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Stack Sans Headline ExtraLight" w:hAnsi="Stack Sans Headline ExtraLight"/>
      <w:color w:val="000000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spacing w:after="2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anormativa">
    <w:name w:val="Nota normativa"/>
    <w:pPr>
      <w:spacing w:before="80" w:after="80"/>
    </w:pPr>
    <w:rPr>
      <w:rFonts w:ascii="Stack Sans Headline ExtraLight" w:hAnsi="Stack Sans Headline ExtraLight"/>
      <w:color w:val="50505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Bárbara Campos de Miguel</cp:lastModifiedBy>
  <cp:revision>10</cp:revision>
  <dcterms:created xsi:type="dcterms:W3CDTF">2013-12-23T23:15:00Z</dcterms:created>
  <dcterms:modified xsi:type="dcterms:W3CDTF">2026-09-25T14:02:00Z</dcterms:modified>
  <cp:category/>
</cp:coreProperties>
</file>